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Vzdelávanie pracovníkov PF UKF</w:t>
        <w:br/>
        <w:t>v oblasti umelej inteligencie</w:t>
      </w:r>
    </w:p>
    <w:p>
      <w:r>
        <w:t>Fiktívny návrh siedmich nadväzujúcich lekcií pre pedagogických, vedeckých a administratívnych pracovníkov. Všetky mená školiteľov, rezervácie miestností, termíny a podmienky účasti sú modelové; nejde o oficiálny program fakulty.</w:t>
      </w:r>
    </w:p>
    <w:p>
      <w:pPr>
        <w:pStyle w:val="Heading1"/>
      </w:pPr>
      <w:r>
        <w:t>Lekcia 1</w:t>
        <w:br/>
        <w:t>Základy a bezpečné používanie AI</w:t>
      </w:r>
    </w:p>
    <w:p>
      <w:r>
        <w:rPr>
          <w:b/>
        </w:rPr>
        <w:t xml:space="preserve">Termín </w:t>
      </w:r>
      <w:r>
        <w:t>14. októbra 2026, 13.00 – 15.00, prezenčne</w:t>
      </w:r>
    </w:p>
    <w:p>
      <w:r>
        <w:rPr>
          <w:b/>
        </w:rPr>
        <w:t xml:space="preserve">Miesto </w:t>
      </w:r>
      <w:r>
        <w:t>Pedagogická fakulta UKF v Nitre, počítačová učebňa AI 01 (fiktívne označenie).</w:t>
      </w:r>
    </w:p>
    <w:p>
      <w:r>
        <w:rPr>
          <w:b/>
        </w:rPr>
        <w:t xml:space="preserve">Školí </w:t>
      </w:r>
      <w:r>
        <w:t>Mgr. Jana Modelová, PhD. – metodička digitálneho vzdelávania. Ide o fiktívnu osobu a rolu.</w:t>
      </w:r>
    </w:p>
    <w:p>
      <w:pPr>
        <w:pStyle w:val="Heading2"/>
      </w:pPr>
      <w:r>
        <w:t>Cieľ a obsah lekcie</w:t>
      </w:r>
    </w:p>
    <w:p>
      <w:r>
        <w:t>Účastník rozlíši vhodnú pomoc AI od úlohy, ktorá vyžaduje vlastný odborný úsudok. Obsah zahŕňa základné pojmy, prácu s konverzačným asistentom, zadanie otázky, úpravu odpovede a rozpoznávanie neoverených tvrdení. Na modelových situáciách si skupina precvičí, aké údaje možno použiť v cvičení a aké treba vynechať.</w:t>
      </w:r>
    </w:p>
    <w:p>
      <w:pPr>
        <w:pStyle w:val="Heading2"/>
      </w:pPr>
      <w:r>
        <w:t>Spôsob výučby a priebeh</w:t>
      </w:r>
    </w:p>
    <w:p>
      <w:r>
        <w:rPr>
          <w:b/>
        </w:rPr>
        <w:t xml:space="preserve">13.00 – 13.15 </w:t>
      </w:r>
      <w:r>
        <w:t>Vstupný dotazník a pomenovanie jednej pracovnej činnosti, ktorú chce účastník zjednodušiť.</w:t>
      </w:r>
    </w:p>
    <w:p>
      <w:r>
        <w:rPr>
          <w:b/>
        </w:rPr>
        <w:t xml:space="preserve">13.15 – 13.40 </w:t>
      </w:r>
      <w:r>
        <w:t>Výklad s ukážkou: školiteľka nahlas vysvetľuje zadávanie otázok aj kontrolu odpovedí.</w:t>
      </w:r>
    </w:p>
    <w:p>
      <w:r>
        <w:rPr>
          <w:b/>
        </w:rPr>
        <w:t xml:space="preserve">13.40 – 14.20 </w:t>
      </w:r>
      <w:r>
        <w:t>Riadené cvičenie vo dvojiciach: vysvetlenie pojmu a zhrnutie krátkeho modelového textu.</w:t>
      </w:r>
    </w:p>
    <w:p>
      <w:r>
        <w:rPr>
          <w:b/>
        </w:rPr>
        <w:t xml:space="preserve">14.20 – 14.30 </w:t>
      </w:r>
      <w:r>
        <w:t>Prestávka.</w:t>
      </w:r>
    </w:p>
    <w:p>
      <w:r>
        <w:rPr>
          <w:b/>
        </w:rPr>
        <w:t xml:space="preserve">14.30 – 15.00 </w:t>
      </w:r>
      <w:r>
        <w:t>Porovnanie výstupov, oprava nepresností a päť kontrolných otázok.</w:t>
      </w:r>
    </w:p>
    <w:p>
      <w:pPr>
        <w:pStyle w:val="Heading2"/>
      </w:pPr>
      <w:r>
        <w:t>Povinnosti a výstup účastníka</w:t>
      </w:r>
    </w:p>
    <w:p>
      <w:r>
        <w:t>Pred lekciou si účastník pripraví prístup k nástroju určenému organizátorom; pri technických ťažkostiach pracuje vo dvojici. Prinesie notebook alebo využije učebňový počítač. Do cvičení nevkladá osobné údaje, študentské práce ani interné dokumenty. Do 19. októbra do 18.00 odovzdá krátky záznam zadania, odpovede a jednej vlastnej opravy.</w:t>
      </w:r>
    </w:p>
    <w:p>
      <w:pPr>
        <w:pStyle w:val="Heading2"/>
      </w:pPr>
      <w:r>
        <w:t>Spoločné pravidlá modelového cyklu</w:t>
      </w:r>
    </w:p>
    <w:p>
      <w:r>
        <w:t>Navrhovaná kapacita je 16 osôb. Sedem lekcií trvá spolu 14 hodín vrátane prestávok; domáca príprava zaberie približne 30 minút na lekciu. Výstupy sa odovzdávajú do modelového kurzu v LMS. Nákup platenej licencie sa nevyžaduje. Pre modelové potvrdenie sa požaduje účasť aspoň na šiestich lekciách, doplnenie vynechanej úlohy a odovzdanie záverečného projektu.</w:t>
      </w:r>
    </w:p>
    <w:p>
      <w:r>
        <w:br w:type="page"/>
      </w:r>
    </w:p>
    <w:p>
      <w:pPr>
        <w:pStyle w:val="Heading1"/>
      </w:pPr>
      <w:r>
        <w:t>Lekcia 2</w:t>
        <w:br/>
        <w:t>Tvorba účinných zadaní pre AI</w:t>
      </w:r>
    </w:p>
    <w:p>
      <w:r>
        <w:rPr>
          <w:b/>
        </w:rPr>
        <w:t xml:space="preserve">Termín </w:t>
      </w:r>
      <w:r>
        <w:t>21. októbra 2026, 13.00 – 15.00, prezenčne</w:t>
      </w:r>
    </w:p>
    <w:p>
      <w:r>
        <w:rPr>
          <w:b/>
        </w:rPr>
        <w:t xml:space="preserve">Miesto </w:t>
      </w:r>
      <w:r>
        <w:t>Pedagogická fakulta UKF v Nitre, počítačová učebňa AI 01 (fiktívne označenie).</w:t>
      </w:r>
    </w:p>
    <w:p>
      <w:r>
        <w:rPr>
          <w:b/>
        </w:rPr>
        <w:t xml:space="preserve">Školí </w:t>
      </w:r>
      <w:r>
        <w:t>Mgr. Jana Modelová, PhD. – metodička digitálneho vzdelávania. Ide o fiktívnu osobu a rolu.</w:t>
      </w:r>
    </w:p>
    <w:p>
      <w:pPr>
        <w:pStyle w:val="Heading2"/>
      </w:pPr>
      <w:r>
        <w:t>Cieľ a obsah lekcie</w:t>
      </w:r>
    </w:p>
    <w:p>
      <w:r>
        <w:t>Účastník vytvorí zadanie, z ktorého je zrejmý cieľ, adresát, kontext, vstupné podklady a požadovaná podoba výstupu. Naučí sa doplniť obmedzenia, požiadať o označenie chýbajúcich údajov a postupne upravovať odpoveď. Súčasťou lekcie je porovnanie všeobecnej požiadavky s presným zadaním na rovnakú pracovnú úlohu.</w:t>
      </w:r>
    </w:p>
    <w:p>
      <w:r>
        <w:t>Školiteľka predstaví pracovnú šablónu: čo potrebujem vytvoriť, pre koho, z akých údajov, v akom rozsahu a podľa akých kritérií. Účastníci ju použijú na prípravu oznamu pre študentov, pozvánky na podujatie alebo osnovy seminára. Pri chýbajúcom termíne má výstup obsahovať označenie [DOPLNIŤ], nie vymyslený dátum.</w:t>
      </w:r>
    </w:p>
    <w:p>
      <w:pPr>
        <w:pStyle w:val="Heading2"/>
      </w:pPr>
      <w:r>
        <w:t>Spôsob výučby a priebeh</w:t>
      </w:r>
    </w:p>
    <w:p>
      <w:r>
        <w:rPr>
          <w:b/>
        </w:rPr>
        <w:t xml:space="preserve">13.00 – 13.15 </w:t>
      </w:r>
      <w:r>
        <w:t>Spoločná reflexia prvej úlohy a ukážka zadania, ktoré viedlo k nejasnej odpovedi.</w:t>
      </w:r>
    </w:p>
    <w:p>
      <w:r>
        <w:rPr>
          <w:b/>
        </w:rPr>
        <w:t xml:space="preserve">13.15 – 13.35 </w:t>
      </w:r>
      <w:r>
        <w:t>Živá demonštrácia troch úprav jedného zadania s vysvetlením každej zmeny.</w:t>
      </w:r>
    </w:p>
    <w:p>
      <w:r>
        <w:rPr>
          <w:b/>
        </w:rPr>
        <w:t xml:space="preserve">13.35 – 14.10 </w:t>
      </w:r>
      <w:r>
        <w:t>Samostatná tvorba dvoch verzií zadania; dvojice porovnajú presnosť a použiteľnosť výstupov.</w:t>
      </w:r>
    </w:p>
    <w:p>
      <w:r>
        <w:rPr>
          <w:b/>
        </w:rPr>
        <w:t xml:space="preserve">14.10 – 14.20 </w:t>
      </w:r>
      <w:r>
        <w:t>Prestávka.</w:t>
      </w:r>
    </w:p>
    <w:p>
      <w:r>
        <w:rPr>
          <w:b/>
        </w:rPr>
        <w:t xml:space="preserve">14.20 – 14.45 </w:t>
      </w:r>
      <w:r>
        <w:t>Pracovné stanovištia podľa roly: vyučujúci pripravujú aktivitu, administratíva oznam, výskumníci osnovu pracovnej poznámky.</w:t>
      </w:r>
    </w:p>
    <w:p>
      <w:r>
        <w:rPr>
          <w:b/>
        </w:rPr>
        <w:t xml:space="preserve">14.45 – 15.00 </w:t>
      </w:r>
      <w:r>
        <w:t>Vzájomná spätná väzba a uloženie vlastnej šablóny.</w:t>
      </w:r>
    </w:p>
    <w:p>
      <w:pPr>
        <w:pStyle w:val="Heading2"/>
      </w:pPr>
      <w:r>
        <w:t>Praktické zadanie a možnosti rozšírenia</w:t>
      </w:r>
    </w:p>
    <w:p>
      <w:r>
        <w:t>Základná úloha vychádza z modelového oznamu o zmene učebne. Účastník pripraví e-mail a krátku správu do LMS s rovnakým významom. Pokročilí doplnia dve cieľové skupiny a porovnajú primeranosť jazyka. Začiatočníci dostanú pracovný list s vyznačenými položkami; školiteľka s nimi prejde prvé zadanie krok po kroku.</w:t>
      </w:r>
    </w:p>
    <w:p>
      <w:pPr>
        <w:pStyle w:val="Heading2"/>
      </w:pPr>
      <w:r>
        <w:t>Povinnosti a výstup účastníka</w:t>
      </w:r>
    </w:p>
    <w:p>
      <w:r>
        <w:t>Účastník si prinesie anonymný alebo vymyslený opis pracovnej úlohy. Počas cvičenia uloží pôvodné zadanie, jeho upravenú verziu a výsledný text. Skontroluje, či sa nezmenil význam a či nepribudli nepodložené údaje. Do 26. októbra do 18.00 odovzdá jednu opakovane použiteľnú šablónu a stručne vysvetlí dve vykonané úpravy.</w:t>
      </w:r>
    </w:p>
    <w:p>
      <w:pPr>
        <w:pStyle w:val="Heading2"/>
      </w:pPr>
      <w:r>
        <w:t>Overenie učenia</w:t>
      </w:r>
    </w:p>
    <w:p>
      <w:r>
        <w:t>Školiteľka posúdi, či zadanie obsahuje cieľ a publikum, pracuje s jasnými podkladmi, určuje formát a vyžaduje označenie neistoty. Účastník preukáže splnenie úlohy opravou jedného zámerne neúplného zadania bez pomoci lektorky.</w:t>
      </w:r>
    </w:p>
    <w:p>
      <w:r>
        <w:br w:type="page"/>
      </w:r>
    </w:p>
    <w:p>
      <w:pPr>
        <w:pStyle w:val="Heading1"/>
      </w:pPr>
      <w:r>
        <w:t>Lekcia 3</w:t>
        <w:br/>
        <w:t>Príprava výučby a študijných materiálov</w:t>
      </w:r>
    </w:p>
    <w:p>
      <w:r>
        <w:rPr>
          <w:b/>
        </w:rPr>
        <w:t xml:space="preserve">Termín </w:t>
      </w:r>
      <w:r>
        <w:t>28. októbra 2026, 13.00 – 15.00, prezenčne</w:t>
      </w:r>
    </w:p>
    <w:p>
      <w:r>
        <w:rPr>
          <w:b/>
        </w:rPr>
        <w:t xml:space="preserve">Miesto </w:t>
      </w:r>
      <w:r>
        <w:t>Pedagogická fakulta UKF v Nitre, seminárna miestnosť AI 02 (fiktívne označenie).</w:t>
      </w:r>
    </w:p>
    <w:p>
      <w:r>
        <w:rPr>
          <w:b/>
        </w:rPr>
        <w:t xml:space="preserve">Školí </w:t>
      </w:r>
      <w:r>
        <w:t>PaedDr. Martin Ukážkový, PhD. – lektor vysokoškolskej didaktiky. Ide o fiktívnu osobu a rolu.</w:t>
      </w:r>
    </w:p>
    <w:p>
      <w:pPr>
        <w:pStyle w:val="Heading2"/>
      </w:pPr>
      <w:r>
        <w:t>Cieľ a obsah lekcie</w:t>
      </w:r>
    </w:p>
    <w:p>
      <w:r>
        <w:t>Účastník pripraví krátku vzdelávaciu aktivitu, v ktorej sa zhoduje cieľ, činnosť študenta a spôsob overenia učenia. Obsah tvorí návrh seminára, pracovného listu, vysvetlenia odborného pojmu a materiálu na samoštúdium. AI slúži ako pomôcka na návrh; obsah a primeranosť pre konkrétnych študentov posudzuje vyučujúci.</w:t>
      </w:r>
    </w:p>
    <w:p>
      <w:r>
        <w:t>Lektor ukáže, ako rozpracovať tému do cieľov vyjadrených pozorovateľnou činnosťou. Skupina porovná dve verzie vysvetlenia pre rozdielnu vstupnú úroveň študentov. Pozornosť sa venuje čitateľnosti textu, vysvetleniu pojmov, zrozumiteľným pokynom a odlíšeniu modelových príkladov od údajov prevzatých zo zdrojov.</w:t>
      </w:r>
    </w:p>
    <w:p>
      <w:pPr>
        <w:pStyle w:val="Heading2"/>
      </w:pPr>
      <w:r>
        <w:t>Spôsob výučby a priebeh</w:t>
      </w:r>
    </w:p>
    <w:p>
      <w:r>
        <w:rPr>
          <w:b/>
        </w:rPr>
        <w:t xml:space="preserve">13.00 – 13.15 </w:t>
      </w:r>
      <w:r>
        <w:t>Rozbor ukážky materiálu: čo sa má študent naučiť a podľa čoho to zistíme.</w:t>
      </w:r>
    </w:p>
    <w:p>
      <w:r>
        <w:rPr>
          <w:b/>
        </w:rPr>
        <w:t xml:space="preserve">13.15 – 13.40 </w:t>
      </w:r>
      <w:r>
        <w:t>Modelovanie prípravy seminára; lektor komentuje prijaté aj zamietnuté návrhy AI.</w:t>
      </w:r>
    </w:p>
    <w:p>
      <w:r>
        <w:rPr>
          <w:b/>
        </w:rPr>
        <w:t xml:space="preserve">13.40 – 14.15 </w:t>
      </w:r>
      <w:r>
        <w:t>Návrh 20-minútovej aktivity pre vlastný predmet alebo interné vzdelávanie pracovníkov.</w:t>
      </w:r>
    </w:p>
    <w:p>
      <w:r>
        <w:rPr>
          <w:b/>
        </w:rPr>
        <w:t xml:space="preserve">14.15 – 14.25 </w:t>
      </w:r>
      <w:r>
        <w:t>Prestávka.</w:t>
      </w:r>
    </w:p>
    <w:p>
      <w:r>
        <w:rPr>
          <w:b/>
        </w:rPr>
        <w:t xml:space="preserve">14.25 – 14.50 </w:t>
      </w:r>
      <w:r>
        <w:t>Mikrovyučovanie v trojiciach: autor vysvetlí úlohu, kolega ju skúsi a pozorovateľ poskytne spätnú väzbu.</w:t>
      </w:r>
    </w:p>
    <w:p>
      <w:r>
        <w:rPr>
          <w:b/>
        </w:rPr>
        <w:t xml:space="preserve">14.50 – 15.00 </w:t>
      </w:r>
      <w:r>
        <w:t>Úprava pracovného listu a záverečná reflexia.</w:t>
      </w:r>
    </w:p>
    <w:p>
      <w:pPr>
        <w:pStyle w:val="Heading2"/>
      </w:pPr>
      <w:r>
        <w:t>Praktické zadanie a možnosti rozšírenia</w:t>
      </w:r>
    </w:p>
    <w:p>
      <w:r>
        <w:t>Vyučujúci vytvoria pracovný list s jedným cieľom, tromi úlohami a krátkym kľúčom riešení. Administratívni pracovníci pripravia zaškoľovací návod na modelový interný postup. Výskumní pracovníci navrhnú aktivitu na čítanie a porovnávanie odborných argumentov. Každý variant musí obsahovať pokyny, odhad času a spôsob overenia porozumenia.</w:t>
      </w:r>
    </w:p>
    <w:p>
      <w:r>
        <w:t>Pokročilí vytvoria druhú verziu pre účastníka s nižšími vstupnými vedomosťami. Základná skupina dostane osnovu a pripraví iba jednu plnohodnotnú aktivitu. Pri vzájomnom hodnotení sa posudzuje zrozumiteľnosť a nadväznosť úloh, nie množstvo vytvoreného textu.</w:t>
      </w:r>
    </w:p>
    <w:p>
      <w:pPr>
        <w:pStyle w:val="Heading2"/>
      </w:pPr>
      <w:r>
        <w:t>Povinnosti a výstup účastníka</w:t>
      </w:r>
    </w:p>
    <w:p>
      <w:r>
        <w:t>Pred lekciou si účastník zvolí tému a opíše cieľovú skupinu bez osobných údajov. Prinesie krátky vlastný alebo oprávnene použiteľný podklad. Do 2. novembra do 18.00 odovzdá pracovný list v rozsahu jednej až dvoch strán a poznámku, ktoré časti navrhla AI a ktoré upravil sám. Pred odovzdaním vyrieši všetky úlohy a opraví nejasné pokyny.</w:t>
      </w:r>
    </w:p>
    <w:p>
      <w:pPr>
        <w:pStyle w:val="Heading2"/>
      </w:pPr>
      <w:r>
        <w:t>Overenie učenia</w:t>
      </w:r>
    </w:p>
    <w:p>
      <w:r>
        <w:t>Kolega podľa hotového materiálu vysvetlí, čo má vykonať a ako spozná správne riešenie. Lektor skontroluje súlad cieľa, aktivity a hodnotenia. Materiál s neovereným odborným tvrdením sa vráti na dopracovanie.</w:t>
      </w:r>
    </w:p>
    <w:p>
      <w:r>
        <w:br w:type="page"/>
      </w:r>
    </w:p>
    <w:p>
      <w:pPr>
        <w:pStyle w:val="Heading1"/>
      </w:pPr>
      <w:r>
        <w:t>Lekcia 4</w:t>
        <w:br/>
        <w:t>Overovanie zdrojov a odborná práca</w:t>
      </w:r>
    </w:p>
    <w:p>
      <w:r>
        <w:rPr>
          <w:b/>
        </w:rPr>
        <w:t xml:space="preserve">Termín </w:t>
      </w:r>
      <w:r>
        <w:t>4. novembra 2026, 13.00 – 15.00, prezenčne</w:t>
      </w:r>
    </w:p>
    <w:p>
      <w:r>
        <w:rPr>
          <w:b/>
        </w:rPr>
        <w:t xml:space="preserve">Miesto </w:t>
      </w:r>
      <w:r>
        <w:t>Pedagogická fakulta UKF v Nitre, počítačová učebňa AI 01 (fiktívne označenie).</w:t>
      </w:r>
    </w:p>
    <w:p>
      <w:r>
        <w:rPr>
          <w:b/>
        </w:rPr>
        <w:t xml:space="preserve">Školí </w:t>
      </w:r>
      <w:r>
        <w:t>PhDr. Eva Vzorová, PhD. – lektorka informačnej gramotnosti. Ide o fiktívnu osobu a rolu.</w:t>
      </w:r>
    </w:p>
    <w:p>
      <w:pPr>
        <w:pStyle w:val="Heading2"/>
      </w:pPr>
      <w:r>
        <w:t>Cieľ a obsah lekcie</w:t>
      </w:r>
    </w:p>
    <w:p>
      <w:r>
        <w:t>Účastník doloží odborné tvrdenie pôvodným zdrojom a rozlíši informáciu zo zdroja od vlastnej interpretácie. Lekcia sa sústreďuje na návrh vyhľadávacích otázok, výber kľúčových slov, čítanie abstraktu a overenie bibliografických údajov. Návrh citácie od AI sa v cvičení považuje za pracovný podklad, ktorý musí účastník skontrolovať.</w:t>
      </w:r>
    </w:p>
    <w:p>
      <w:r>
        <w:t>Lektorka pripraví balík krátkych textov a modelových bibliografických záznamov vrátane zámerne chybných položiek. Účastníci overia autora, rok, názov a identifikátor dokumentu. Pri práci s reálnym odborným textom použijú iba dostupný zdroj s overiteľným pôvodom; ak plný text nemajú, nebudú predstierať jeho prečítanie.</w:t>
      </w:r>
    </w:p>
    <w:p>
      <w:pPr>
        <w:pStyle w:val="Heading2"/>
      </w:pPr>
      <w:r>
        <w:t>Spôsob výučby a priebeh</w:t>
      </w:r>
    </w:p>
    <w:p>
      <w:r>
        <w:rPr>
          <w:b/>
        </w:rPr>
        <w:t xml:space="preserve">13.00 – 13.20 </w:t>
      </w:r>
      <w:r>
        <w:t>Ukážka vierohodne znejúcej odpovede s chybou a spoločné pomenovanie varovných signálov.</w:t>
      </w:r>
    </w:p>
    <w:p>
      <w:r>
        <w:rPr>
          <w:b/>
        </w:rPr>
        <w:t xml:space="preserve">13.20 – 13.40 </w:t>
      </w:r>
      <w:r>
        <w:t>Demonštrácia postupu od tvrdenia cez vyhľadanie dokumentu po kontrolu konkrétnej pasáže.</w:t>
      </w:r>
    </w:p>
    <w:p>
      <w:r>
        <w:rPr>
          <w:b/>
        </w:rPr>
        <w:t xml:space="preserve">13.40 – 14.15 </w:t>
      </w:r>
      <w:r>
        <w:t>Práca vo dvojiciach: overenie troch tvrdení a dvoch bibliografických záznamov.</w:t>
      </w:r>
    </w:p>
    <w:p>
      <w:r>
        <w:rPr>
          <w:b/>
        </w:rPr>
        <w:t xml:space="preserve">14.15 – 14.25 </w:t>
      </w:r>
      <w:r>
        <w:t>Prestávka.</w:t>
      </w:r>
    </w:p>
    <w:p>
      <w:r>
        <w:rPr>
          <w:b/>
        </w:rPr>
        <w:t xml:space="preserve">14.25 – 14.50 </w:t>
      </w:r>
      <w:r>
        <w:t>Tvorba stručného odborného zhrnutia s odkazmi na skontrolované zdroje.</w:t>
      </w:r>
    </w:p>
    <w:p>
      <w:r>
        <w:rPr>
          <w:b/>
        </w:rPr>
        <w:t xml:space="preserve">14.50 – 15.00 </w:t>
      </w:r>
      <w:r>
        <w:t>Diskusia o neistote a samostatná oprava nesprávneho záznamu.</w:t>
      </w:r>
    </w:p>
    <w:p>
      <w:pPr>
        <w:pStyle w:val="Heading2"/>
      </w:pPr>
      <w:r>
        <w:t>Praktické zadanie a možnosti rozšírenia</w:t>
      </w:r>
    </w:p>
    <w:p>
      <w:r>
        <w:t>Každá dvojica vytvorí overovací záznam v štruktúre tvrdenie, zdroj, miesto v zdroji, výsledok kontroly a potrebná oprava. Výsledok označí ako potvrdený, nepotvrdený alebo rozporný. Pri nedostupnom texte výslovne uvedie, čo nemohla overiť. Samotná existencia odkazu sa nepovažuje za dôkaz, že zdroj podporuje dané tvrdenie.</w:t>
      </w:r>
    </w:p>
    <w:p>
      <w:r>
        <w:t>Výskumníci môžu rozšíriť úlohu o porovnanie spôsobov zberu údajov v dvoch textoch. Vyučujúci pripravia podobné overovacie cvičenie pre študentov. Administratíva spracuje kontrolu faktov v modelovom informačnom ozname. Školiteľka poskytne začiatočníkom vybrané podklady, aby sa mohli sústrediť na postup kontroly.</w:t>
      </w:r>
    </w:p>
    <w:p>
      <w:pPr>
        <w:pStyle w:val="Heading2"/>
      </w:pPr>
      <w:r>
        <w:t>Povinnosti a výstup účastníka</w:t>
      </w:r>
    </w:p>
    <w:p>
      <w:r>
        <w:t>Účastník si pripraví jednu odbornú otázku zo svojho pracovného prostredia. Do 9. novembra do 18.00 odovzdá overovací záznam a zhrnutie v rozsahu 150 až 200 slov. Uvedie odkazy na skutočne prečítané podklady, skontroluje citácie a označí pomoc AI. Nevkladá neverejné rukopisy ani dokumenty recenzného konania.</w:t>
      </w:r>
    </w:p>
    <w:p>
      <w:pPr>
        <w:pStyle w:val="Heading2"/>
      </w:pPr>
      <w:r>
        <w:t>Overenie učenia</w:t>
      </w:r>
    </w:p>
    <w:p>
      <w:r>
        <w:t>Lektorka náhodne vyberie jedno tvrdenie. Účastník ukáže pasáž, ktorá ho podporuje, a vysvetlí hranice svojho záveru. Ak podpora chýba, tvrdenie upraví alebo odstráni a zmenu zaznamená.</w:t>
      </w:r>
    </w:p>
    <w:p>
      <w:r>
        <w:br w:type="page"/>
      </w:r>
    </w:p>
    <w:p>
      <w:pPr>
        <w:pStyle w:val="Heading1"/>
      </w:pPr>
      <w:r>
        <w:t>Lekcia 5</w:t>
        <w:br/>
        <w:t>Spätná väzba a hodnotenie učenia</w:t>
      </w:r>
    </w:p>
    <w:p>
      <w:r>
        <w:rPr>
          <w:b/>
        </w:rPr>
        <w:t xml:space="preserve">Termín </w:t>
      </w:r>
      <w:r>
        <w:t>11. novembra 2026, 13.00 – 15.00, prezenčne</w:t>
      </w:r>
    </w:p>
    <w:p>
      <w:r>
        <w:rPr>
          <w:b/>
        </w:rPr>
        <w:t xml:space="preserve">Miesto </w:t>
      </w:r>
      <w:r>
        <w:t>Pedagogická fakulta UKF v Nitre, seminárna miestnosť AI 02 (fiktívne označenie).</w:t>
      </w:r>
    </w:p>
    <w:p>
      <w:r>
        <w:rPr>
          <w:b/>
        </w:rPr>
        <w:t xml:space="preserve">Školí </w:t>
      </w:r>
      <w:r>
        <w:t>PaedDr. Martin Ukážkový, PhD. – lektor vysokoškolskej didaktiky. Ide o fiktívnu osobu a rolu.</w:t>
      </w:r>
    </w:p>
    <w:p>
      <w:pPr>
        <w:pStyle w:val="Heading2"/>
      </w:pPr>
      <w:r>
        <w:t>Cieľ a obsah lekcie</w:t>
      </w:r>
    </w:p>
    <w:p>
      <w:r>
        <w:t>Účastník navrhne hodnotiace kritériá a vecnú spätnú väzbu, ktorá študentovi ukáže ďalší krok. Program zahŕňa tvorbu testových položiek, kontrolu jednoznačnosti odpovedí, návrh hodnotiacej rubriky a úpravu komentára k modelovej práci. Súčasťou je príprava pokynov, ktoré študentom vysvetlia dovolený rozsah použitia AI pri konkrétnom zadaní.</w:t>
      </w:r>
    </w:p>
    <w:p>
      <w:r>
        <w:t>Lektor vedie diskusiu o tom, ktoré rozhodnutia pri hodnotení ponechá vyučujúci na vlastnom odbornom posúdení. V tomto modelovom programe sa AI nepoužíva na samostatné rozhodovanie o známke ani na určovanie autorstva študentského textu. Cvičenia vychádzajú výlučne z umelo vytvorených odpovedí a neobsahujú skutočné výsledky študentov.</w:t>
      </w:r>
    </w:p>
    <w:p>
      <w:pPr>
        <w:pStyle w:val="Heading2"/>
      </w:pPr>
      <w:r>
        <w:t>Spôsob výučby a priebeh</w:t>
      </w:r>
    </w:p>
    <w:p>
      <w:r>
        <w:rPr>
          <w:b/>
        </w:rPr>
        <w:t xml:space="preserve">13.00 – 13.15 </w:t>
      </w:r>
      <w:r>
        <w:t>Porovnanie všeobecného komentára s konkrétnou spätnou väzbou k rovnakej modelovej práci.</w:t>
      </w:r>
    </w:p>
    <w:p>
      <w:r>
        <w:rPr>
          <w:b/>
        </w:rPr>
        <w:t xml:space="preserve">13.15 – 13.40 </w:t>
      </w:r>
      <w:r>
        <w:t>Výklad a ukážka rubriky s tromi kritériami a opisom štyroch úrovní výkonu.</w:t>
      </w:r>
    </w:p>
    <w:p>
      <w:r>
        <w:rPr>
          <w:b/>
        </w:rPr>
        <w:t xml:space="preserve">13.40 – 14.10 </w:t>
      </w:r>
      <w:r>
        <w:t>Dvojice navrhnú päť testových položiek a preveria správnosť kľúča aj kvalitu nesprávnych možností.</w:t>
      </w:r>
    </w:p>
    <w:p>
      <w:r>
        <w:rPr>
          <w:b/>
        </w:rPr>
        <w:t xml:space="preserve">14.10 – 14.20 </w:t>
      </w:r>
      <w:r>
        <w:t>Prestávka.</w:t>
      </w:r>
    </w:p>
    <w:p>
      <w:r>
        <w:rPr>
          <w:b/>
        </w:rPr>
        <w:t xml:space="preserve">14.20 – 14.45 </w:t>
      </w:r>
      <w:r>
        <w:t>Nezávislé posúdenie modelovej odpovede podľa rubriky a diskusia o rozdieloch.</w:t>
      </w:r>
    </w:p>
    <w:p>
      <w:r>
        <w:rPr>
          <w:b/>
        </w:rPr>
        <w:t xml:space="preserve">14.45 – 15.00 </w:t>
      </w:r>
      <w:r>
        <w:t>Dopracovanie komentára a krátky výstupný test.</w:t>
      </w:r>
    </w:p>
    <w:p>
      <w:pPr>
        <w:pStyle w:val="Heading2"/>
      </w:pPr>
      <w:r>
        <w:t>Praktické zadanie a možnosti rozšírenia</w:t>
      </w:r>
    </w:p>
    <w:p>
      <w:r>
        <w:t>Vyučujúci pripravia rubriku pre krátky študentský výstup a komentár s konkrétnym odporúčaním. Výskumníci môžu posúdiť modelový návrh výskumného problému. Administratívni pracovníci vytvoria kontrolné kritériá kvality interného návodu a spätnú väzbu jeho autorovi. Všetci oddelia opis zistenia od odporúčania na úpravu.</w:t>
      </w:r>
    </w:p>
    <w:p>
      <w:r>
        <w:t>Rozšírená úloha spočíva v preverení, či kritériá hodnotia to, čo bolo v zadaní skutočne požadované. Účastníci upravia nejasné výrazy, napríklad „kvalitné spracovanie“, na pozorovateľné znaky. Kto potrebuje podporu, použije pripravenú rubriku a dopracuje jej chýbajúce opisy.</w:t>
      </w:r>
    </w:p>
    <w:p>
      <w:pPr>
        <w:pStyle w:val="Heading2"/>
      </w:pPr>
      <w:r>
        <w:t>Povinnosti a výstup účastníka</w:t>
      </w:r>
    </w:p>
    <w:p>
      <w:r>
        <w:t>Účastník si prinesie znenie vlastného zadania bez odovzdaných študentských prác. Do 16. novembra do 18.00 odovzdá rubriku, päť otázok s kľúčom alebo zodpovedajúci kontrolný zoznam a jeden upravený komentár. Každú otázku sám vyrieši. Doplní krátke pravidlo, ako má riešiteľ priznať použitie AI v danej úlohe.</w:t>
      </w:r>
    </w:p>
    <w:p>
      <w:pPr>
        <w:pStyle w:val="Heading2"/>
      </w:pPr>
      <w:r>
        <w:t>Overenie učenia</w:t>
      </w:r>
    </w:p>
    <w:p>
      <w:r>
        <w:t>Kolega podľa rubriky posúdi tú istú modelovú odpoveď. Účastníci identifikujú príčinu rozdielu a spresnia kritérium. Lektor overí, či záverečný komentár vychádza z konkrétneho výkonu a obsahuje uskutočniteľný ďalší krok.</w:t>
      </w:r>
    </w:p>
    <w:p>
      <w:r>
        <w:br w:type="page"/>
      </w:r>
    </w:p>
    <w:p>
      <w:pPr>
        <w:pStyle w:val="Heading1"/>
      </w:pPr>
      <w:r>
        <w:t>Lekcia 6</w:t>
        <w:br/>
        <w:t>Dokumenty údaje a administratívne úlohy</w:t>
      </w:r>
    </w:p>
    <w:p>
      <w:r>
        <w:rPr>
          <w:b/>
        </w:rPr>
        <w:t xml:space="preserve">Termín </w:t>
      </w:r>
      <w:r>
        <w:t>18. novembra 2026, 13.00 – 15.00, prezenčne</w:t>
      </w:r>
    </w:p>
    <w:p>
      <w:r>
        <w:rPr>
          <w:b/>
        </w:rPr>
        <w:t xml:space="preserve">Miesto </w:t>
      </w:r>
      <w:r>
        <w:t>Pedagogická fakulta UKF v Nitre, počítačová učebňa AI 01 (fiktívne označenie).</w:t>
      </w:r>
    </w:p>
    <w:p>
      <w:r>
        <w:rPr>
          <w:b/>
        </w:rPr>
        <w:t xml:space="preserve">Školí </w:t>
      </w:r>
      <w:r>
        <w:t>Ing. Peter Príklad, PhD. – lektor digitálnych pracovných postupov. Ide o fiktívnu osobu a rolu.</w:t>
      </w:r>
    </w:p>
    <w:p>
      <w:pPr>
        <w:pStyle w:val="Heading2"/>
      </w:pPr>
      <w:r>
        <w:t>Cieľ a obsah lekcie</w:t>
      </w:r>
    </w:p>
    <w:p>
      <w:r>
        <w:t>Účastník spracuje modelový dokument a jednoduchú tabuľku tak, aby bolo možné skontrolovať pôvod údajov aj výsledok. Lekcia zahŕňa výber kľúčových informácií, návrh zápisnice, prípravu oznamu, kontrolu súčtov a vytvorenie stručného pracovného prehľadu. Dôraz sa kladie na zachovanie termínov, jednotiek a významu pôvodného textu.</w:t>
      </w:r>
    </w:p>
    <w:p>
      <w:r>
        <w:t>Lektor poskytne vymyslenú zápisnicu z porady a tabuľku registrácií na tri školenia. Účastníci budú odlišovať údaje uvedené v podklade od informácií, ktoré chýbajú. Pri návrhu automatizácie si označia miesto, kde musí človek skontrolovať výsledok pred jeho použitím alebo odoslaním.</w:t>
      </w:r>
    </w:p>
    <w:p>
      <w:pPr>
        <w:pStyle w:val="Heading2"/>
      </w:pPr>
      <w:r>
        <w:t>Spôsob výučby a priebeh</w:t>
      </w:r>
    </w:p>
    <w:p>
      <w:r>
        <w:rPr>
          <w:b/>
        </w:rPr>
        <w:t xml:space="preserve">13.00 – 13.20 </w:t>
      </w:r>
      <w:r>
        <w:t>Ukážka spracovania zápisnice na zoznam úloh s termínom a zodpovednou rolou.</w:t>
      </w:r>
    </w:p>
    <w:p>
      <w:r>
        <w:rPr>
          <w:b/>
        </w:rPr>
        <w:t xml:space="preserve">13.20 – 13.45 </w:t>
      </w:r>
      <w:r>
        <w:t>Riadené cvičenie: zhrnutie podkladu bez dopĺňania chýbajúcich údajov.</w:t>
      </w:r>
    </w:p>
    <w:p>
      <w:r>
        <w:rPr>
          <w:b/>
        </w:rPr>
        <w:t xml:space="preserve">13.45 – 14.15 </w:t>
      </w:r>
      <w:r>
        <w:t>Samostatná kontrola registrácií, kapacity a voľných miest v modelovej tabuľke.</w:t>
      </w:r>
    </w:p>
    <w:p>
      <w:r>
        <w:rPr>
          <w:b/>
        </w:rPr>
        <w:t xml:space="preserve">14.15 – 14.25 </w:t>
      </w:r>
      <w:r>
        <w:t>Prestávka.</w:t>
      </w:r>
    </w:p>
    <w:p>
      <w:r>
        <w:rPr>
          <w:b/>
        </w:rPr>
        <w:t xml:space="preserve">14.25 – 14.50 </w:t>
      </w:r>
      <w:r>
        <w:t>Návrh vlastného postupu od prijatia podkladu po schválenie výstupu.</w:t>
      </w:r>
    </w:p>
    <w:p>
      <w:r>
        <w:rPr>
          <w:b/>
        </w:rPr>
        <w:t xml:space="preserve">14.50 – 15.00 </w:t>
      </w:r>
      <w:r>
        <w:t>Vzájomná kontrola výpočtov a záznam zistených chýb.</w:t>
      </w:r>
    </w:p>
    <w:p>
      <w:pPr>
        <w:pStyle w:val="Heading2"/>
      </w:pPr>
      <w:r>
        <w:t>Praktické zadanie a možnosti rozšírenia</w:t>
      </w:r>
    </w:p>
    <w:p>
      <w:r>
        <w:t>Základný dátový súbor obsahuje tri riadky: skupina A má 8 registrácií z kapacity 12, skupina B 11 z 12 a skupina C 6 z 8. Účastník vypočíta voľné miesta v každom riadku a celkový súčet. Výsledok preverí vlastným výpočtom alebo vzorcami v tabuľkovom procesore; správny súčet je 25 registrácií, kapacita 32 a 7 voľných miest.</w:t>
      </w:r>
    </w:p>
    <w:p>
      <w:r>
        <w:t>Administratíva pripraví prehľad registrácií a oznam o dostupnej kapacite. Vyučujúci spracujú modelový harmonogram konzultácií. Výskumníci vytvoria prehľad vymyslených projektových úloh. Pokročilí doplnia kontrolu prázdnych buniek a duplicitných záznamov; základná skupina pracuje s pripravenou šablónou.</w:t>
      </w:r>
    </w:p>
    <w:p>
      <w:pPr>
        <w:pStyle w:val="Heading2"/>
      </w:pPr>
      <w:r>
        <w:t>Povinnosti a výstup účastníka</w:t>
      </w:r>
    </w:p>
    <w:p>
      <w:r>
        <w:t>Účastník používa iba poskytnuté modelové údaje. Do 23. novembra do 18.00 odovzdá jednostranový prehľad, skontrolovanú tabuľku a opis postupu s vyznačeným bodom ľudskej kontroly. Uvedie, čo vypočítal samostatne a ktoré návrhy prevzal od AI. Pri chýbajúcej informácii doplní označenie „v podklade neuvedené“.</w:t>
      </w:r>
    </w:p>
    <w:p>
      <w:pPr>
        <w:pStyle w:val="Heading2"/>
      </w:pPr>
      <w:r>
        <w:t>Overenie učenia</w:t>
      </w:r>
    </w:p>
    <w:p>
      <w:r>
        <w:t>Lektor zmení jednu hodnotu v tabuľke a účastník vysvetlí jej vplyv na výsledok. Kolega skontroluje, či prehľad zachoval všetky termíny z podkladu. Návrh e-mailu zostáva cvičným výstupom a nikomu sa neodosiela.</w:t>
      </w:r>
    </w:p>
    <w:p>
      <w:r>
        <w:br w:type="page"/>
      </w:r>
    </w:p>
    <w:p>
      <w:pPr>
        <w:pStyle w:val="Heading1"/>
      </w:pPr>
      <w:r>
        <w:t>Lekcia 7</w:t>
        <w:br/>
        <w:t>Záverečný projekt a plán využitia AI</w:t>
      </w:r>
    </w:p>
    <w:p>
      <w:r>
        <w:rPr>
          <w:b/>
        </w:rPr>
        <w:t xml:space="preserve">Termín </w:t>
      </w:r>
      <w:r>
        <w:t>25. novembra 2026, 13.00 – 15.00, prezenčne</w:t>
      </w:r>
    </w:p>
    <w:p>
      <w:r>
        <w:rPr>
          <w:b/>
        </w:rPr>
        <w:t xml:space="preserve">Miesto </w:t>
      </w:r>
      <w:r>
        <w:t>Pedagogická fakulta UKF v Nitre, seminárna miestnosť AI 02 (fiktívne označenie).</w:t>
      </w:r>
    </w:p>
    <w:p>
      <w:r>
        <w:rPr>
          <w:b/>
        </w:rPr>
        <w:t xml:space="preserve">Školí </w:t>
      </w:r>
      <w:r>
        <w:t>Mgr. Jana Modelová, PhD., a PaedDr. Martin Ukážkový, PhD. – metodička digitálneho vzdelávania a lektor didaktiky. Ide o fiktívne osoby a roly.</w:t>
      </w:r>
    </w:p>
    <w:p>
      <w:pPr>
        <w:pStyle w:val="Heading2"/>
      </w:pPr>
      <w:r>
        <w:t>Cieľ a obsah lekcie</w:t>
      </w:r>
    </w:p>
    <w:p>
      <w:r>
        <w:t>Účastník preukáže, že dokáže s pomocou AI pripraviť použiteľný pracovný výstup, overiť ho a vysvetliť vlastné úpravy. Záverečná lekcia spája poznatky z celého programu. Každý predloží malý projekt viazaný na vyučovanie, výskumnú podporu alebo administratívu a navrhne, ako ho po ďalšej kontrole uplatní v praxi.</w:t>
      </w:r>
    </w:p>
    <w:p>
      <w:r>
        <w:t>Projekt môže mať podobu balíka na seminár, overeného prehľadu podkladov k odbornej téme alebo pracovného postupu na spracovanie modelových registrácií. Rozsah je zámerne malý: dva až štyri strany hlavného výstupu a príloha so zadaniami a záznamom kontroly. Hodnotí sa kvalita rozhodnutí a overenie výsledku, nie počet použitých nástrojov.</w:t>
      </w:r>
    </w:p>
    <w:p>
      <w:pPr>
        <w:pStyle w:val="Heading2"/>
      </w:pPr>
      <w:r>
        <w:t>Spôsob výučby a priebeh</w:t>
      </w:r>
    </w:p>
    <w:p>
      <w:r>
        <w:rPr>
          <w:b/>
        </w:rPr>
        <w:t xml:space="preserve">13.00 – 13.10 </w:t>
      </w:r>
      <w:r>
        <w:t>Pripomenutie kritérií a rozdelenie do štyroch skupín po najviac štyroch účastníkoch.</w:t>
      </w:r>
    </w:p>
    <w:p>
      <w:r>
        <w:rPr>
          <w:b/>
        </w:rPr>
        <w:t xml:space="preserve">13.10 – 13.50 </w:t>
      </w:r>
      <w:r>
        <w:t>Súbežné prezentácie v skupinách: najviac päť minút na predstavenie a päť minút na otázky ku každému projektu.</w:t>
      </w:r>
    </w:p>
    <w:p>
      <w:r>
        <w:rPr>
          <w:b/>
        </w:rPr>
        <w:t xml:space="preserve">13.50 – 14.10 </w:t>
      </w:r>
      <w:r>
        <w:t>Obaja lektori konzultujú projekty; účastníci zapracúvajú pripomienky kolegov.</w:t>
      </w:r>
    </w:p>
    <w:p>
      <w:r>
        <w:rPr>
          <w:b/>
        </w:rPr>
        <w:t xml:space="preserve">14.10 – 14.20 </w:t>
      </w:r>
      <w:r>
        <w:t>Prestávka.</w:t>
      </w:r>
    </w:p>
    <w:p>
      <w:r>
        <w:rPr>
          <w:b/>
        </w:rPr>
        <w:t xml:space="preserve">14.20 – 14.45 </w:t>
      </w:r>
      <w:r>
        <w:t>Dokončenie výstupu, kontrolného záznamu a osobného plánu využitia.</w:t>
      </w:r>
    </w:p>
    <w:p>
      <w:r>
        <w:rPr>
          <w:b/>
        </w:rPr>
        <w:t xml:space="preserve">14.45 – 15.00 </w:t>
      </w:r>
      <w:r>
        <w:t>Záverečná reflexia, sebahodnotenie a anonymné zhodnotenie programu.</w:t>
      </w:r>
    </w:p>
    <w:p>
      <w:pPr>
        <w:pStyle w:val="Heading2"/>
      </w:pPr>
      <w:r>
        <w:t>Povinnosti a odovzdanie projektu</w:t>
      </w:r>
    </w:p>
    <w:p>
      <w:r>
        <w:t>Účastník vloží pracovnú verziu do modelového LMS do 24. novembra do 18.00. Na lekciu si pripraví stručnú prezentáciu problému, postupu a výsledku. Ukáže aspoň jednu chybu alebo slabinu návrhu AI a vlastnú opravu. Finálnu verziu odovzdá do 30. novembra do 18.00 spolu s plánom jednej konkrétnej aplikácie v najbližšom mesiaci.</w:t>
      </w:r>
    </w:p>
    <w:p>
      <w:pPr>
        <w:pStyle w:val="Heading2"/>
      </w:pPr>
      <w:r>
        <w:t>Kritériá ukončenia</w:t>
      </w:r>
    </w:p>
    <w:p>
      <w:r>
        <w:t>Projekt sa posúdi v štyroch oblastiach: zrozumiteľný účel, použiteľnosť výstupu, doložená kontrola a transparentný opis použitia AI. Každá oblasť získa 0 až 2 body: 0 znamená chýbajúce spracovanie, 1 čiastočné a 2 úplné. Potrebných je aspoň 6 z 8 bodov, pričom kontrola výsledku musí dosiahnuť 2 body. Obaja lektori posúdia finálny projekt podľa rovnakej rubriky.</w:t>
      </w:r>
    </w:p>
    <w:p>
      <w:r>
        <w:t>Pri nesplnení kritérií účastník dostane konkrétne pripomienky a opraví výstup do 7. decembra do 18.00. Modelové potvrdenie sa vydá po splnení podmienok účasti uvedených pri prvej lekcii a po prijatí projektu. Toto potvrdenie sa v návrhu nepovažuje za akreditovanú kvalifikáciu ani za skutočný prísľub fakulty.</w:t>
      </w:r>
    </w:p>
    <w:p>
      <w:pPr>
        <w:pStyle w:val="Heading2"/>
      </w:pPr>
      <w:r>
        <w:t>Nadväzujúce možnosti vzdelávania</w:t>
      </w:r>
    </w:p>
    <w:p>
      <w:r>
        <w:t>Podľa vyhodnotených potrieb možno navrhnúť samostatné dielne o tvorbe multimediálnych materiálov, spracovaní výskumných podkladov alebo prístupnosti študijných textov. Ich termíny a zabezpečenie by sa riešili osobitne; nie sú súčasťou tohto sedemlekciového modelu.</w:t>
      </w:r>
    </w:p>
    <w:sectPr w:rsidR="00FC693F" w:rsidRPr="0006063C" w:rsidSect="00034616">
      <w:headerReference w:type="default" r:id="rId9"/>
      <w:footerReference w:type="default" r:id="rId10"/>
      <w:pgSz w:w="11906" w:h="16838"/>
      <w:pgMar w:top="964" w:right="1134" w:bottom="964" w:left="1134" w:header="425"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Fiktívny dokument • organizačné údaje nie sú záväzné</w:t>
    </w:r>
    <w:r>
      <w:rPr>
        <w:sz w:val="16"/>
      </w:rPr>
      <w:t xml:space="preserve">        Strana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PEDAGOGICKÁ FAKULTA UKF V NITRE  |  MODELOVÝ PROGRAM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Calibri" w:hAnsi="Calibri"/>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Vzdelávanie pracovníkov PF UKF v oblasti umelej inteligencie</dc:title>
  <dc:subject>Fiktívny sedemlekciový program školení</dc:subject>
  <dc:creator>Modelový vzdelávací program</dc:creator>
  <cp:keywords/>
  <dc:description>generated by python-docx</dc:description>
  <cp:lastModifiedBy/>
  <cp:revision>1</cp:revision>
  <dcterms:created xsi:type="dcterms:W3CDTF">2013-12-23T23:15:00Z</dcterms:created>
  <dcterms:modified xsi:type="dcterms:W3CDTF">2013-12-23T23:15:00Z</dcterms:modified>
  <cp:category/>
</cp:coreProperties>
</file>